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BCE9FE" w14:textId="1F21E69C" w:rsidR="00DA716E" w:rsidRDefault="00000000">
      <w:pPr>
        <w:pStyle w:val="aa"/>
        <w:rPr>
          <w:rFonts w:hint="eastAsia"/>
          <w:lang w:eastAsia="ja-JP"/>
        </w:rPr>
      </w:pPr>
      <w:proofErr w:type="spellStart"/>
      <w:r>
        <w:t>BCP</w:t>
      </w:r>
      <w:r>
        <w:t>訓練実施記録</w:t>
      </w:r>
      <w:proofErr w:type="spellEnd"/>
    </w:p>
    <w:p w14:paraId="4B698D77" w14:textId="77777777" w:rsidR="00DA716E" w:rsidRDefault="00000000">
      <w:r>
        <w:rPr>
          <w:b/>
        </w:rPr>
        <w:t xml:space="preserve">1. </w:t>
      </w:r>
      <w:proofErr w:type="spellStart"/>
      <w:r>
        <w:rPr>
          <w:b/>
        </w:rPr>
        <w:t>実施日</w:t>
      </w:r>
      <w:proofErr w:type="spellEnd"/>
      <w:r>
        <w:rPr>
          <w:b/>
        </w:rPr>
        <w:t>：</w:t>
      </w:r>
      <w:r>
        <w:rPr>
          <w:b/>
        </w:rPr>
        <w:br/>
      </w:r>
    </w:p>
    <w:p w14:paraId="2B64E00E" w14:textId="77777777" w:rsidR="00DA716E" w:rsidRDefault="00000000">
      <w:r>
        <w:t>（記入）</w:t>
      </w:r>
    </w:p>
    <w:p w14:paraId="57F43A0C" w14:textId="77777777" w:rsidR="00DA716E" w:rsidRDefault="00000000">
      <w:r>
        <w:rPr>
          <w:b/>
        </w:rPr>
        <w:t xml:space="preserve">2. </w:t>
      </w:r>
      <w:r>
        <w:rPr>
          <w:b/>
        </w:rPr>
        <w:t>実施時間：</w:t>
      </w:r>
      <w:r>
        <w:rPr>
          <w:b/>
        </w:rPr>
        <w:br/>
      </w:r>
    </w:p>
    <w:p w14:paraId="4F63CAB4" w14:textId="77777777" w:rsidR="00DA716E" w:rsidRDefault="00000000">
      <w:r>
        <w:t>（記入）</w:t>
      </w:r>
    </w:p>
    <w:p w14:paraId="42644E42" w14:textId="77777777" w:rsidR="00DA716E" w:rsidRDefault="00000000">
      <w:r>
        <w:rPr>
          <w:b/>
        </w:rPr>
        <w:t xml:space="preserve">3. </w:t>
      </w:r>
      <w:r>
        <w:rPr>
          <w:b/>
        </w:rPr>
        <w:t>実施場所：</w:t>
      </w:r>
      <w:r>
        <w:rPr>
          <w:b/>
        </w:rPr>
        <w:br/>
      </w:r>
    </w:p>
    <w:p w14:paraId="1D1AFEEA" w14:textId="77777777" w:rsidR="00DA716E" w:rsidRDefault="00000000">
      <w:r>
        <w:t>（記入）</w:t>
      </w:r>
    </w:p>
    <w:p w14:paraId="2FB20EAE" w14:textId="77777777" w:rsidR="00DA716E" w:rsidRDefault="00000000">
      <w:r>
        <w:rPr>
          <w:b/>
        </w:rPr>
        <w:t xml:space="preserve">4. </w:t>
      </w:r>
      <w:r>
        <w:rPr>
          <w:b/>
        </w:rPr>
        <w:t>訓練種別（机上／実地／夜間／複合災害）：</w:t>
      </w:r>
      <w:r>
        <w:rPr>
          <w:b/>
        </w:rPr>
        <w:br/>
      </w:r>
    </w:p>
    <w:p w14:paraId="5CEA017A" w14:textId="77777777" w:rsidR="00DA716E" w:rsidRDefault="00000000">
      <w:pPr>
        <w:rPr>
          <w:lang w:eastAsia="ja-JP"/>
        </w:rPr>
      </w:pPr>
      <w:r>
        <w:rPr>
          <w:lang w:eastAsia="ja-JP"/>
        </w:rPr>
        <w:t>（記入）</w:t>
      </w:r>
    </w:p>
    <w:p w14:paraId="18477E1D" w14:textId="77777777" w:rsidR="00DA716E" w:rsidRDefault="00000000">
      <w:pPr>
        <w:rPr>
          <w:lang w:eastAsia="ja-JP"/>
        </w:rPr>
      </w:pPr>
      <w:r>
        <w:rPr>
          <w:b/>
          <w:lang w:eastAsia="ja-JP"/>
        </w:rPr>
        <w:t xml:space="preserve">5. </w:t>
      </w:r>
      <w:r>
        <w:rPr>
          <w:b/>
          <w:lang w:eastAsia="ja-JP"/>
        </w:rPr>
        <w:t>想定シナリオ概要：</w:t>
      </w:r>
      <w:r>
        <w:rPr>
          <w:b/>
          <w:lang w:eastAsia="ja-JP"/>
        </w:rPr>
        <w:br/>
      </w:r>
    </w:p>
    <w:p w14:paraId="09BDDB61" w14:textId="77777777" w:rsidR="00DA716E" w:rsidRDefault="00000000">
      <w:r>
        <w:t>（記入）</w:t>
      </w:r>
    </w:p>
    <w:p w14:paraId="5395DE98" w14:textId="77777777" w:rsidR="00DA716E" w:rsidRDefault="00000000">
      <w:pPr>
        <w:pStyle w:val="1"/>
      </w:pPr>
      <w:r>
        <w:t xml:space="preserve">6. </w:t>
      </w:r>
      <w:r>
        <w:t>参加者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A716E" w14:paraId="234A4117" w14:textId="77777777">
        <w:tc>
          <w:tcPr>
            <w:tcW w:w="2880" w:type="dxa"/>
          </w:tcPr>
          <w:p w14:paraId="37895C90" w14:textId="77777777" w:rsidR="00DA716E" w:rsidRDefault="00000000">
            <w:r>
              <w:t>氏名</w:t>
            </w:r>
          </w:p>
        </w:tc>
        <w:tc>
          <w:tcPr>
            <w:tcW w:w="2880" w:type="dxa"/>
          </w:tcPr>
          <w:p w14:paraId="2BB0D702" w14:textId="77777777" w:rsidR="00DA716E" w:rsidRDefault="00000000">
            <w:r>
              <w:t>職種</w:t>
            </w:r>
          </w:p>
        </w:tc>
        <w:tc>
          <w:tcPr>
            <w:tcW w:w="2880" w:type="dxa"/>
          </w:tcPr>
          <w:p w14:paraId="3A352146" w14:textId="77777777" w:rsidR="00DA716E" w:rsidRDefault="00000000">
            <w:r>
              <w:t>役割</w:t>
            </w:r>
          </w:p>
        </w:tc>
      </w:tr>
      <w:tr w:rsidR="00DA716E" w14:paraId="5A365F70" w14:textId="77777777">
        <w:tc>
          <w:tcPr>
            <w:tcW w:w="2880" w:type="dxa"/>
          </w:tcPr>
          <w:p w14:paraId="72AFCDD8" w14:textId="77777777" w:rsidR="00DA716E" w:rsidRDefault="00DA716E"/>
        </w:tc>
        <w:tc>
          <w:tcPr>
            <w:tcW w:w="2880" w:type="dxa"/>
          </w:tcPr>
          <w:p w14:paraId="5D78C40A" w14:textId="77777777" w:rsidR="00DA716E" w:rsidRDefault="00DA716E"/>
        </w:tc>
        <w:tc>
          <w:tcPr>
            <w:tcW w:w="2880" w:type="dxa"/>
          </w:tcPr>
          <w:p w14:paraId="7D05951C" w14:textId="77777777" w:rsidR="00DA716E" w:rsidRDefault="00DA716E"/>
        </w:tc>
      </w:tr>
      <w:tr w:rsidR="00DA716E" w14:paraId="6961727B" w14:textId="77777777">
        <w:tc>
          <w:tcPr>
            <w:tcW w:w="2880" w:type="dxa"/>
          </w:tcPr>
          <w:p w14:paraId="72F826B9" w14:textId="77777777" w:rsidR="00DA716E" w:rsidRDefault="00DA716E"/>
        </w:tc>
        <w:tc>
          <w:tcPr>
            <w:tcW w:w="2880" w:type="dxa"/>
          </w:tcPr>
          <w:p w14:paraId="34F27BA6" w14:textId="77777777" w:rsidR="00DA716E" w:rsidRDefault="00DA716E"/>
        </w:tc>
        <w:tc>
          <w:tcPr>
            <w:tcW w:w="2880" w:type="dxa"/>
          </w:tcPr>
          <w:p w14:paraId="557E4D1F" w14:textId="77777777" w:rsidR="00DA716E" w:rsidRDefault="00DA716E"/>
        </w:tc>
      </w:tr>
      <w:tr w:rsidR="00DA716E" w14:paraId="6F5AB93F" w14:textId="77777777">
        <w:tc>
          <w:tcPr>
            <w:tcW w:w="2880" w:type="dxa"/>
          </w:tcPr>
          <w:p w14:paraId="5A71B8D1" w14:textId="77777777" w:rsidR="00DA716E" w:rsidRDefault="00DA716E"/>
        </w:tc>
        <w:tc>
          <w:tcPr>
            <w:tcW w:w="2880" w:type="dxa"/>
          </w:tcPr>
          <w:p w14:paraId="57CC057D" w14:textId="77777777" w:rsidR="00DA716E" w:rsidRDefault="00DA716E"/>
        </w:tc>
        <w:tc>
          <w:tcPr>
            <w:tcW w:w="2880" w:type="dxa"/>
          </w:tcPr>
          <w:p w14:paraId="48FB64E6" w14:textId="77777777" w:rsidR="00DA716E" w:rsidRDefault="00DA716E"/>
        </w:tc>
      </w:tr>
      <w:tr w:rsidR="00DA716E" w14:paraId="23C653D5" w14:textId="77777777">
        <w:tc>
          <w:tcPr>
            <w:tcW w:w="2880" w:type="dxa"/>
          </w:tcPr>
          <w:p w14:paraId="0681A319" w14:textId="77777777" w:rsidR="00DA716E" w:rsidRDefault="00DA716E"/>
        </w:tc>
        <w:tc>
          <w:tcPr>
            <w:tcW w:w="2880" w:type="dxa"/>
          </w:tcPr>
          <w:p w14:paraId="365A9747" w14:textId="77777777" w:rsidR="00DA716E" w:rsidRDefault="00DA716E"/>
        </w:tc>
        <w:tc>
          <w:tcPr>
            <w:tcW w:w="2880" w:type="dxa"/>
          </w:tcPr>
          <w:p w14:paraId="4C6A442D" w14:textId="77777777" w:rsidR="00DA716E" w:rsidRDefault="00DA716E"/>
        </w:tc>
      </w:tr>
      <w:tr w:rsidR="00DA716E" w14:paraId="5FF5A185" w14:textId="77777777">
        <w:tc>
          <w:tcPr>
            <w:tcW w:w="2880" w:type="dxa"/>
          </w:tcPr>
          <w:p w14:paraId="0A8AD1EC" w14:textId="77777777" w:rsidR="00DA716E" w:rsidRDefault="00DA716E"/>
        </w:tc>
        <w:tc>
          <w:tcPr>
            <w:tcW w:w="2880" w:type="dxa"/>
          </w:tcPr>
          <w:p w14:paraId="0AA3FF6A" w14:textId="77777777" w:rsidR="00DA716E" w:rsidRDefault="00DA716E"/>
        </w:tc>
        <w:tc>
          <w:tcPr>
            <w:tcW w:w="2880" w:type="dxa"/>
          </w:tcPr>
          <w:p w14:paraId="508A2D38" w14:textId="77777777" w:rsidR="00DA716E" w:rsidRDefault="00DA716E"/>
        </w:tc>
      </w:tr>
      <w:tr w:rsidR="00DA716E" w14:paraId="3FBF9DDD" w14:textId="77777777">
        <w:tc>
          <w:tcPr>
            <w:tcW w:w="2880" w:type="dxa"/>
          </w:tcPr>
          <w:p w14:paraId="6D4265E6" w14:textId="77777777" w:rsidR="00DA716E" w:rsidRDefault="00DA716E"/>
        </w:tc>
        <w:tc>
          <w:tcPr>
            <w:tcW w:w="2880" w:type="dxa"/>
          </w:tcPr>
          <w:p w14:paraId="274C08B1" w14:textId="77777777" w:rsidR="00DA716E" w:rsidRDefault="00DA716E"/>
        </w:tc>
        <w:tc>
          <w:tcPr>
            <w:tcW w:w="2880" w:type="dxa"/>
          </w:tcPr>
          <w:p w14:paraId="2AF62394" w14:textId="77777777" w:rsidR="00DA716E" w:rsidRDefault="00DA716E"/>
        </w:tc>
      </w:tr>
    </w:tbl>
    <w:p w14:paraId="3517EA7F" w14:textId="77777777" w:rsidR="00DA716E" w:rsidRDefault="00000000">
      <w:pPr>
        <w:pStyle w:val="1"/>
      </w:pPr>
      <w:r>
        <w:lastRenderedPageBreak/>
        <w:t xml:space="preserve">7. </w:t>
      </w:r>
      <w:r>
        <w:t>訓練目的・到達目標</w:t>
      </w:r>
    </w:p>
    <w:p w14:paraId="718BE15A" w14:textId="77777777" w:rsidR="00DA716E" w:rsidRDefault="00000000">
      <w:pPr>
        <w:rPr>
          <w:lang w:eastAsia="ja-JP"/>
        </w:rPr>
      </w:pPr>
      <w:r>
        <w:rPr>
          <w:lang w:eastAsia="ja-JP"/>
        </w:rPr>
        <w:t>例：初動</w:t>
      </w:r>
      <w:r>
        <w:rPr>
          <w:lang w:eastAsia="ja-JP"/>
        </w:rPr>
        <w:t>10</w:t>
      </w:r>
      <w:r>
        <w:rPr>
          <w:lang w:eastAsia="ja-JP"/>
        </w:rPr>
        <w:t>分以内に</w:t>
      </w:r>
      <w:r>
        <w:rPr>
          <w:lang w:eastAsia="ja-JP"/>
        </w:rPr>
        <w:t>A</w:t>
      </w:r>
      <w:r>
        <w:rPr>
          <w:lang w:eastAsia="ja-JP"/>
        </w:rPr>
        <w:t>患者抽出、</w:t>
      </w:r>
      <w:r>
        <w:rPr>
          <w:lang w:eastAsia="ja-JP"/>
        </w:rPr>
        <w:t>20</w:t>
      </w:r>
      <w:r>
        <w:rPr>
          <w:lang w:eastAsia="ja-JP"/>
        </w:rPr>
        <w:t>分以内に訪問計画確定</w:t>
      </w:r>
    </w:p>
    <w:p w14:paraId="1E512405" w14:textId="77777777" w:rsidR="00DA716E" w:rsidRDefault="00000000">
      <w:pPr>
        <w:pStyle w:val="1"/>
      </w:pPr>
      <w:r>
        <w:t xml:space="preserve">8. </w:t>
      </w:r>
      <w:r>
        <w:t>タイムライン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A716E" w14:paraId="4763FD9F" w14:textId="77777777">
        <w:tc>
          <w:tcPr>
            <w:tcW w:w="2160" w:type="dxa"/>
          </w:tcPr>
          <w:p w14:paraId="29DFA411" w14:textId="77777777" w:rsidR="00DA716E" w:rsidRDefault="00000000">
            <w:r>
              <w:t>時刻</w:t>
            </w:r>
          </w:p>
        </w:tc>
        <w:tc>
          <w:tcPr>
            <w:tcW w:w="2160" w:type="dxa"/>
          </w:tcPr>
          <w:p w14:paraId="03A5E843" w14:textId="77777777" w:rsidR="00DA716E" w:rsidRDefault="00000000">
            <w:r>
              <w:t>出来事</w:t>
            </w:r>
          </w:p>
        </w:tc>
        <w:tc>
          <w:tcPr>
            <w:tcW w:w="2160" w:type="dxa"/>
          </w:tcPr>
          <w:p w14:paraId="0ECBFBC7" w14:textId="77777777" w:rsidR="00DA716E" w:rsidRDefault="00000000">
            <w:r>
              <w:t>判断</w:t>
            </w:r>
          </w:p>
        </w:tc>
        <w:tc>
          <w:tcPr>
            <w:tcW w:w="2160" w:type="dxa"/>
          </w:tcPr>
          <w:p w14:paraId="4286C5ED" w14:textId="77777777" w:rsidR="00DA716E" w:rsidRDefault="00000000">
            <w:r>
              <w:t>実施</w:t>
            </w:r>
          </w:p>
        </w:tc>
      </w:tr>
      <w:tr w:rsidR="00DA716E" w14:paraId="1DC3A2DB" w14:textId="77777777">
        <w:tc>
          <w:tcPr>
            <w:tcW w:w="2160" w:type="dxa"/>
          </w:tcPr>
          <w:p w14:paraId="6205A582" w14:textId="77777777" w:rsidR="00DA716E" w:rsidRDefault="00DA716E"/>
        </w:tc>
        <w:tc>
          <w:tcPr>
            <w:tcW w:w="2160" w:type="dxa"/>
          </w:tcPr>
          <w:p w14:paraId="0DAB69E2" w14:textId="77777777" w:rsidR="00DA716E" w:rsidRDefault="00DA716E"/>
        </w:tc>
        <w:tc>
          <w:tcPr>
            <w:tcW w:w="2160" w:type="dxa"/>
          </w:tcPr>
          <w:p w14:paraId="0409CE09" w14:textId="77777777" w:rsidR="00DA716E" w:rsidRDefault="00DA716E"/>
        </w:tc>
        <w:tc>
          <w:tcPr>
            <w:tcW w:w="2160" w:type="dxa"/>
          </w:tcPr>
          <w:p w14:paraId="0731D4F6" w14:textId="77777777" w:rsidR="00DA716E" w:rsidRDefault="00DA716E"/>
        </w:tc>
      </w:tr>
      <w:tr w:rsidR="00DA716E" w14:paraId="7241206C" w14:textId="77777777">
        <w:tc>
          <w:tcPr>
            <w:tcW w:w="2160" w:type="dxa"/>
          </w:tcPr>
          <w:p w14:paraId="754B7BF4" w14:textId="77777777" w:rsidR="00DA716E" w:rsidRDefault="00DA716E"/>
        </w:tc>
        <w:tc>
          <w:tcPr>
            <w:tcW w:w="2160" w:type="dxa"/>
          </w:tcPr>
          <w:p w14:paraId="6BDF3C05" w14:textId="77777777" w:rsidR="00DA716E" w:rsidRDefault="00DA716E"/>
        </w:tc>
        <w:tc>
          <w:tcPr>
            <w:tcW w:w="2160" w:type="dxa"/>
          </w:tcPr>
          <w:p w14:paraId="6E0E79BC" w14:textId="77777777" w:rsidR="00DA716E" w:rsidRDefault="00DA716E"/>
        </w:tc>
        <w:tc>
          <w:tcPr>
            <w:tcW w:w="2160" w:type="dxa"/>
          </w:tcPr>
          <w:p w14:paraId="3C610D1F" w14:textId="77777777" w:rsidR="00DA716E" w:rsidRDefault="00DA716E"/>
        </w:tc>
      </w:tr>
      <w:tr w:rsidR="00DA716E" w14:paraId="666166A3" w14:textId="77777777">
        <w:tc>
          <w:tcPr>
            <w:tcW w:w="2160" w:type="dxa"/>
          </w:tcPr>
          <w:p w14:paraId="4785B7FC" w14:textId="77777777" w:rsidR="00DA716E" w:rsidRDefault="00DA716E"/>
        </w:tc>
        <w:tc>
          <w:tcPr>
            <w:tcW w:w="2160" w:type="dxa"/>
          </w:tcPr>
          <w:p w14:paraId="6FF015D6" w14:textId="77777777" w:rsidR="00DA716E" w:rsidRDefault="00DA716E"/>
        </w:tc>
        <w:tc>
          <w:tcPr>
            <w:tcW w:w="2160" w:type="dxa"/>
          </w:tcPr>
          <w:p w14:paraId="6882A408" w14:textId="77777777" w:rsidR="00DA716E" w:rsidRDefault="00DA716E"/>
        </w:tc>
        <w:tc>
          <w:tcPr>
            <w:tcW w:w="2160" w:type="dxa"/>
          </w:tcPr>
          <w:p w14:paraId="76DBB952" w14:textId="77777777" w:rsidR="00DA716E" w:rsidRDefault="00DA716E"/>
        </w:tc>
      </w:tr>
      <w:tr w:rsidR="00DA716E" w14:paraId="23B21D90" w14:textId="77777777">
        <w:tc>
          <w:tcPr>
            <w:tcW w:w="2160" w:type="dxa"/>
          </w:tcPr>
          <w:p w14:paraId="41AB71FA" w14:textId="77777777" w:rsidR="00DA716E" w:rsidRDefault="00DA716E"/>
        </w:tc>
        <w:tc>
          <w:tcPr>
            <w:tcW w:w="2160" w:type="dxa"/>
          </w:tcPr>
          <w:p w14:paraId="694059D6" w14:textId="77777777" w:rsidR="00DA716E" w:rsidRDefault="00DA716E"/>
        </w:tc>
        <w:tc>
          <w:tcPr>
            <w:tcW w:w="2160" w:type="dxa"/>
          </w:tcPr>
          <w:p w14:paraId="64C354A9" w14:textId="77777777" w:rsidR="00DA716E" w:rsidRDefault="00DA716E"/>
        </w:tc>
        <w:tc>
          <w:tcPr>
            <w:tcW w:w="2160" w:type="dxa"/>
          </w:tcPr>
          <w:p w14:paraId="3493C324" w14:textId="77777777" w:rsidR="00DA716E" w:rsidRDefault="00DA716E"/>
        </w:tc>
      </w:tr>
      <w:tr w:rsidR="00DA716E" w14:paraId="1E3DF452" w14:textId="77777777">
        <w:tc>
          <w:tcPr>
            <w:tcW w:w="2160" w:type="dxa"/>
          </w:tcPr>
          <w:p w14:paraId="0324DCDB" w14:textId="77777777" w:rsidR="00DA716E" w:rsidRDefault="00DA716E"/>
        </w:tc>
        <w:tc>
          <w:tcPr>
            <w:tcW w:w="2160" w:type="dxa"/>
          </w:tcPr>
          <w:p w14:paraId="3839723C" w14:textId="77777777" w:rsidR="00DA716E" w:rsidRDefault="00DA716E"/>
        </w:tc>
        <w:tc>
          <w:tcPr>
            <w:tcW w:w="2160" w:type="dxa"/>
          </w:tcPr>
          <w:p w14:paraId="0EE035E1" w14:textId="77777777" w:rsidR="00DA716E" w:rsidRDefault="00DA716E"/>
        </w:tc>
        <w:tc>
          <w:tcPr>
            <w:tcW w:w="2160" w:type="dxa"/>
          </w:tcPr>
          <w:p w14:paraId="4A7FA732" w14:textId="77777777" w:rsidR="00DA716E" w:rsidRDefault="00DA716E"/>
        </w:tc>
      </w:tr>
      <w:tr w:rsidR="00DA716E" w14:paraId="445C3F45" w14:textId="77777777">
        <w:tc>
          <w:tcPr>
            <w:tcW w:w="2160" w:type="dxa"/>
          </w:tcPr>
          <w:p w14:paraId="49D2A862" w14:textId="77777777" w:rsidR="00DA716E" w:rsidRDefault="00DA716E"/>
        </w:tc>
        <w:tc>
          <w:tcPr>
            <w:tcW w:w="2160" w:type="dxa"/>
          </w:tcPr>
          <w:p w14:paraId="31929317" w14:textId="77777777" w:rsidR="00DA716E" w:rsidRDefault="00DA716E"/>
        </w:tc>
        <w:tc>
          <w:tcPr>
            <w:tcW w:w="2160" w:type="dxa"/>
          </w:tcPr>
          <w:p w14:paraId="5F21AAE0" w14:textId="77777777" w:rsidR="00DA716E" w:rsidRDefault="00DA716E"/>
        </w:tc>
        <w:tc>
          <w:tcPr>
            <w:tcW w:w="2160" w:type="dxa"/>
          </w:tcPr>
          <w:p w14:paraId="29A54531" w14:textId="77777777" w:rsidR="00DA716E" w:rsidRDefault="00DA716E"/>
        </w:tc>
      </w:tr>
      <w:tr w:rsidR="00DA716E" w14:paraId="1D34540C" w14:textId="77777777">
        <w:tc>
          <w:tcPr>
            <w:tcW w:w="2160" w:type="dxa"/>
          </w:tcPr>
          <w:p w14:paraId="21F40512" w14:textId="77777777" w:rsidR="00DA716E" w:rsidRDefault="00DA716E"/>
        </w:tc>
        <w:tc>
          <w:tcPr>
            <w:tcW w:w="2160" w:type="dxa"/>
          </w:tcPr>
          <w:p w14:paraId="29735690" w14:textId="77777777" w:rsidR="00DA716E" w:rsidRDefault="00DA716E"/>
        </w:tc>
        <w:tc>
          <w:tcPr>
            <w:tcW w:w="2160" w:type="dxa"/>
          </w:tcPr>
          <w:p w14:paraId="48CC8FAE" w14:textId="77777777" w:rsidR="00DA716E" w:rsidRDefault="00DA716E"/>
        </w:tc>
        <w:tc>
          <w:tcPr>
            <w:tcW w:w="2160" w:type="dxa"/>
          </w:tcPr>
          <w:p w14:paraId="6AB0D6FB" w14:textId="77777777" w:rsidR="00DA716E" w:rsidRDefault="00DA716E"/>
        </w:tc>
      </w:tr>
      <w:tr w:rsidR="00DA716E" w14:paraId="515C10B8" w14:textId="77777777">
        <w:tc>
          <w:tcPr>
            <w:tcW w:w="2160" w:type="dxa"/>
          </w:tcPr>
          <w:p w14:paraId="7B89034F" w14:textId="77777777" w:rsidR="00DA716E" w:rsidRDefault="00DA716E"/>
        </w:tc>
        <w:tc>
          <w:tcPr>
            <w:tcW w:w="2160" w:type="dxa"/>
          </w:tcPr>
          <w:p w14:paraId="5250DB52" w14:textId="77777777" w:rsidR="00DA716E" w:rsidRDefault="00DA716E"/>
        </w:tc>
        <w:tc>
          <w:tcPr>
            <w:tcW w:w="2160" w:type="dxa"/>
          </w:tcPr>
          <w:p w14:paraId="02FAA8BE" w14:textId="77777777" w:rsidR="00DA716E" w:rsidRDefault="00DA716E"/>
        </w:tc>
        <w:tc>
          <w:tcPr>
            <w:tcW w:w="2160" w:type="dxa"/>
          </w:tcPr>
          <w:p w14:paraId="65282D3B" w14:textId="77777777" w:rsidR="00DA716E" w:rsidRDefault="00DA716E"/>
        </w:tc>
      </w:tr>
    </w:tbl>
    <w:p w14:paraId="53FA3CFB" w14:textId="77777777" w:rsidR="00DA716E" w:rsidRDefault="00000000">
      <w:pPr>
        <w:pStyle w:val="1"/>
      </w:pPr>
      <w:r>
        <w:t xml:space="preserve">9. </w:t>
      </w:r>
      <w:r>
        <w:t>患者トリアージ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A716E" w14:paraId="3021B2A5" w14:textId="77777777">
        <w:tc>
          <w:tcPr>
            <w:tcW w:w="2160" w:type="dxa"/>
          </w:tcPr>
          <w:p w14:paraId="420256BB" w14:textId="77777777" w:rsidR="00DA716E" w:rsidRDefault="00000000">
            <w:r>
              <w:t>患者</w:t>
            </w:r>
          </w:p>
        </w:tc>
        <w:tc>
          <w:tcPr>
            <w:tcW w:w="2160" w:type="dxa"/>
          </w:tcPr>
          <w:p w14:paraId="6EC60CD6" w14:textId="77777777" w:rsidR="00DA716E" w:rsidRDefault="00000000">
            <w:r>
              <w:t>区分</w:t>
            </w:r>
          </w:p>
        </w:tc>
        <w:tc>
          <w:tcPr>
            <w:tcW w:w="2160" w:type="dxa"/>
          </w:tcPr>
          <w:p w14:paraId="3EE763D4" w14:textId="77777777" w:rsidR="00DA716E" w:rsidRDefault="00000000">
            <w:r>
              <w:t>医療依存</w:t>
            </w:r>
          </w:p>
        </w:tc>
        <w:tc>
          <w:tcPr>
            <w:tcW w:w="2160" w:type="dxa"/>
          </w:tcPr>
          <w:p w14:paraId="4DEDA00B" w14:textId="77777777" w:rsidR="00DA716E" w:rsidRDefault="00000000">
            <w:r>
              <w:t>対応</w:t>
            </w:r>
          </w:p>
        </w:tc>
      </w:tr>
      <w:tr w:rsidR="00DA716E" w14:paraId="1395BB25" w14:textId="77777777">
        <w:tc>
          <w:tcPr>
            <w:tcW w:w="2160" w:type="dxa"/>
          </w:tcPr>
          <w:p w14:paraId="17CF25F5" w14:textId="77777777" w:rsidR="00DA716E" w:rsidRDefault="00DA716E"/>
        </w:tc>
        <w:tc>
          <w:tcPr>
            <w:tcW w:w="2160" w:type="dxa"/>
          </w:tcPr>
          <w:p w14:paraId="00EFDC75" w14:textId="77777777" w:rsidR="00DA716E" w:rsidRDefault="00DA716E"/>
        </w:tc>
        <w:tc>
          <w:tcPr>
            <w:tcW w:w="2160" w:type="dxa"/>
          </w:tcPr>
          <w:p w14:paraId="0CE92DAD" w14:textId="77777777" w:rsidR="00DA716E" w:rsidRDefault="00DA716E"/>
        </w:tc>
        <w:tc>
          <w:tcPr>
            <w:tcW w:w="2160" w:type="dxa"/>
          </w:tcPr>
          <w:p w14:paraId="688A1007" w14:textId="77777777" w:rsidR="00DA716E" w:rsidRDefault="00DA716E"/>
        </w:tc>
      </w:tr>
      <w:tr w:rsidR="00DA716E" w14:paraId="307633DE" w14:textId="77777777">
        <w:tc>
          <w:tcPr>
            <w:tcW w:w="2160" w:type="dxa"/>
          </w:tcPr>
          <w:p w14:paraId="72392719" w14:textId="77777777" w:rsidR="00DA716E" w:rsidRDefault="00DA716E"/>
        </w:tc>
        <w:tc>
          <w:tcPr>
            <w:tcW w:w="2160" w:type="dxa"/>
          </w:tcPr>
          <w:p w14:paraId="159DCDD1" w14:textId="77777777" w:rsidR="00DA716E" w:rsidRDefault="00DA716E"/>
        </w:tc>
        <w:tc>
          <w:tcPr>
            <w:tcW w:w="2160" w:type="dxa"/>
          </w:tcPr>
          <w:p w14:paraId="61ED7569" w14:textId="77777777" w:rsidR="00DA716E" w:rsidRDefault="00DA716E"/>
        </w:tc>
        <w:tc>
          <w:tcPr>
            <w:tcW w:w="2160" w:type="dxa"/>
          </w:tcPr>
          <w:p w14:paraId="6DBE169B" w14:textId="77777777" w:rsidR="00DA716E" w:rsidRDefault="00DA716E"/>
        </w:tc>
      </w:tr>
      <w:tr w:rsidR="00DA716E" w14:paraId="36351D74" w14:textId="77777777">
        <w:tc>
          <w:tcPr>
            <w:tcW w:w="2160" w:type="dxa"/>
          </w:tcPr>
          <w:p w14:paraId="41B0935B" w14:textId="77777777" w:rsidR="00DA716E" w:rsidRDefault="00DA716E"/>
        </w:tc>
        <w:tc>
          <w:tcPr>
            <w:tcW w:w="2160" w:type="dxa"/>
          </w:tcPr>
          <w:p w14:paraId="2E11DD61" w14:textId="77777777" w:rsidR="00DA716E" w:rsidRDefault="00DA716E"/>
        </w:tc>
        <w:tc>
          <w:tcPr>
            <w:tcW w:w="2160" w:type="dxa"/>
          </w:tcPr>
          <w:p w14:paraId="7E66AB79" w14:textId="77777777" w:rsidR="00DA716E" w:rsidRDefault="00DA716E"/>
        </w:tc>
        <w:tc>
          <w:tcPr>
            <w:tcW w:w="2160" w:type="dxa"/>
          </w:tcPr>
          <w:p w14:paraId="43CD4DF9" w14:textId="77777777" w:rsidR="00DA716E" w:rsidRDefault="00DA716E"/>
        </w:tc>
      </w:tr>
      <w:tr w:rsidR="00DA716E" w14:paraId="4CF90FA9" w14:textId="77777777">
        <w:tc>
          <w:tcPr>
            <w:tcW w:w="2160" w:type="dxa"/>
          </w:tcPr>
          <w:p w14:paraId="2EB7B65F" w14:textId="77777777" w:rsidR="00DA716E" w:rsidRDefault="00DA716E"/>
        </w:tc>
        <w:tc>
          <w:tcPr>
            <w:tcW w:w="2160" w:type="dxa"/>
          </w:tcPr>
          <w:p w14:paraId="58DC1C13" w14:textId="77777777" w:rsidR="00DA716E" w:rsidRDefault="00DA716E"/>
        </w:tc>
        <w:tc>
          <w:tcPr>
            <w:tcW w:w="2160" w:type="dxa"/>
          </w:tcPr>
          <w:p w14:paraId="0F2DDC46" w14:textId="77777777" w:rsidR="00DA716E" w:rsidRDefault="00DA716E"/>
        </w:tc>
        <w:tc>
          <w:tcPr>
            <w:tcW w:w="2160" w:type="dxa"/>
          </w:tcPr>
          <w:p w14:paraId="6D6814F6" w14:textId="77777777" w:rsidR="00DA716E" w:rsidRDefault="00DA716E"/>
        </w:tc>
      </w:tr>
      <w:tr w:rsidR="00DA716E" w14:paraId="606ACA87" w14:textId="77777777">
        <w:tc>
          <w:tcPr>
            <w:tcW w:w="2160" w:type="dxa"/>
          </w:tcPr>
          <w:p w14:paraId="09DAAEA0" w14:textId="77777777" w:rsidR="00DA716E" w:rsidRDefault="00DA716E"/>
        </w:tc>
        <w:tc>
          <w:tcPr>
            <w:tcW w:w="2160" w:type="dxa"/>
          </w:tcPr>
          <w:p w14:paraId="2569D6A4" w14:textId="77777777" w:rsidR="00DA716E" w:rsidRDefault="00DA716E"/>
        </w:tc>
        <w:tc>
          <w:tcPr>
            <w:tcW w:w="2160" w:type="dxa"/>
          </w:tcPr>
          <w:p w14:paraId="685C12FD" w14:textId="77777777" w:rsidR="00DA716E" w:rsidRDefault="00DA716E"/>
        </w:tc>
        <w:tc>
          <w:tcPr>
            <w:tcW w:w="2160" w:type="dxa"/>
          </w:tcPr>
          <w:p w14:paraId="2F5163B4" w14:textId="77777777" w:rsidR="00DA716E" w:rsidRDefault="00DA716E"/>
        </w:tc>
      </w:tr>
      <w:tr w:rsidR="00DA716E" w14:paraId="0BB5F725" w14:textId="77777777">
        <w:tc>
          <w:tcPr>
            <w:tcW w:w="2160" w:type="dxa"/>
          </w:tcPr>
          <w:p w14:paraId="7BE88A96" w14:textId="77777777" w:rsidR="00DA716E" w:rsidRDefault="00DA716E"/>
        </w:tc>
        <w:tc>
          <w:tcPr>
            <w:tcW w:w="2160" w:type="dxa"/>
          </w:tcPr>
          <w:p w14:paraId="23198BC3" w14:textId="77777777" w:rsidR="00DA716E" w:rsidRDefault="00DA716E"/>
        </w:tc>
        <w:tc>
          <w:tcPr>
            <w:tcW w:w="2160" w:type="dxa"/>
          </w:tcPr>
          <w:p w14:paraId="261387A4" w14:textId="77777777" w:rsidR="00DA716E" w:rsidRDefault="00DA716E"/>
        </w:tc>
        <w:tc>
          <w:tcPr>
            <w:tcW w:w="2160" w:type="dxa"/>
          </w:tcPr>
          <w:p w14:paraId="56476336" w14:textId="77777777" w:rsidR="00DA716E" w:rsidRDefault="00DA716E"/>
        </w:tc>
      </w:tr>
    </w:tbl>
    <w:p w14:paraId="5ED708D4" w14:textId="77777777" w:rsidR="00DA716E" w:rsidRDefault="00000000">
      <w:pPr>
        <w:pStyle w:val="1"/>
      </w:pPr>
      <w:r>
        <w:t xml:space="preserve">10. </w:t>
      </w:r>
      <w:r>
        <w:t>リソース配分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A716E" w14:paraId="34A30D8B" w14:textId="77777777">
        <w:tc>
          <w:tcPr>
            <w:tcW w:w="4320" w:type="dxa"/>
          </w:tcPr>
          <w:p w14:paraId="7A7A844E" w14:textId="77777777" w:rsidR="00DA716E" w:rsidRDefault="00000000">
            <w:r>
              <w:t>項目</w:t>
            </w:r>
          </w:p>
        </w:tc>
        <w:tc>
          <w:tcPr>
            <w:tcW w:w="4320" w:type="dxa"/>
          </w:tcPr>
          <w:p w14:paraId="493295A1" w14:textId="77777777" w:rsidR="00DA716E" w:rsidRDefault="00000000">
            <w:r>
              <w:t>内容</w:t>
            </w:r>
          </w:p>
        </w:tc>
      </w:tr>
      <w:tr w:rsidR="00DA716E" w14:paraId="6218BF01" w14:textId="77777777">
        <w:tc>
          <w:tcPr>
            <w:tcW w:w="4320" w:type="dxa"/>
          </w:tcPr>
          <w:p w14:paraId="6E4B4EFB" w14:textId="77777777" w:rsidR="00DA716E" w:rsidRDefault="00DA716E"/>
        </w:tc>
        <w:tc>
          <w:tcPr>
            <w:tcW w:w="4320" w:type="dxa"/>
          </w:tcPr>
          <w:p w14:paraId="5A21E9F2" w14:textId="77777777" w:rsidR="00DA716E" w:rsidRDefault="00DA716E"/>
        </w:tc>
      </w:tr>
      <w:tr w:rsidR="00DA716E" w14:paraId="04FB273C" w14:textId="77777777">
        <w:tc>
          <w:tcPr>
            <w:tcW w:w="4320" w:type="dxa"/>
          </w:tcPr>
          <w:p w14:paraId="6A647E40" w14:textId="77777777" w:rsidR="00DA716E" w:rsidRDefault="00DA716E"/>
        </w:tc>
        <w:tc>
          <w:tcPr>
            <w:tcW w:w="4320" w:type="dxa"/>
          </w:tcPr>
          <w:p w14:paraId="2C4C44E1" w14:textId="77777777" w:rsidR="00DA716E" w:rsidRDefault="00DA716E"/>
        </w:tc>
      </w:tr>
      <w:tr w:rsidR="00DA716E" w14:paraId="4EB2555F" w14:textId="77777777">
        <w:tc>
          <w:tcPr>
            <w:tcW w:w="4320" w:type="dxa"/>
          </w:tcPr>
          <w:p w14:paraId="321CE4D1" w14:textId="77777777" w:rsidR="00DA716E" w:rsidRDefault="00DA716E"/>
        </w:tc>
        <w:tc>
          <w:tcPr>
            <w:tcW w:w="4320" w:type="dxa"/>
          </w:tcPr>
          <w:p w14:paraId="1982EC5C" w14:textId="77777777" w:rsidR="00DA716E" w:rsidRDefault="00DA716E"/>
        </w:tc>
      </w:tr>
      <w:tr w:rsidR="00DA716E" w14:paraId="2EF51525" w14:textId="77777777">
        <w:tc>
          <w:tcPr>
            <w:tcW w:w="4320" w:type="dxa"/>
          </w:tcPr>
          <w:p w14:paraId="2A81F016" w14:textId="77777777" w:rsidR="00DA716E" w:rsidRDefault="00DA716E"/>
        </w:tc>
        <w:tc>
          <w:tcPr>
            <w:tcW w:w="4320" w:type="dxa"/>
          </w:tcPr>
          <w:p w14:paraId="55E435E9" w14:textId="77777777" w:rsidR="00DA716E" w:rsidRDefault="00DA716E"/>
        </w:tc>
      </w:tr>
      <w:tr w:rsidR="00DA716E" w14:paraId="33C0B167" w14:textId="77777777">
        <w:tc>
          <w:tcPr>
            <w:tcW w:w="4320" w:type="dxa"/>
          </w:tcPr>
          <w:p w14:paraId="0B38FCB1" w14:textId="77777777" w:rsidR="00DA716E" w:rsidRDefault="00DA716E"/>
        </w:tc>
        <w:tc>
          <w:tcPr>
            <w:tcW w:w="4320" w:type="dxa"/>
          </w:tcPr>
          <w:p w14:paraId="2442DA62" w14:textId="77777777" w:rsidR="00DA716E" w:rsidRDefault="00DA716E"/>
        </w:tc>
      </w:tr>
    </w:tbl>
    <w:p w14:paraId="0262810E" w14:textId="77777777" w:rsidR="00DA716E" w:rsidRDefault="00000000">
      <w:pPr>
        <w:pStyle w:val="1"/>
      </w:pPr>
      <w:r>
        <w:t xml:space="preserve">11. </w:t>
      </w:r>
      <w:r>
        <w:t>評価指標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A716E" w14:paraId="0629EB75" w14:textId="77777777">
        <w:tc>
          <w:tcPr>
            <w:tcW w:w="2880" w:type="dxa"/>
          </w:tcPr>
          <w:p w14:paraId="17FDB840" w14:textId="77777777" w:rsidR="00DA716E" w:rsidRDefault="00000000">
            <w:r>
              <w:t>指標</w:t>
            </w:r>
          </w:p>
        </w:tc>
        <w:tc>
          <w:tcPr>
            <w:tcW w:w="2880" w:type="dxa"/>
          </w:tcPr>
          <w:p w14:paraId="7B9231A3" w14:textId="77777777" w:rsidR="00DA716E" w:rsidRDefault="00000000">
            <w:r>
              <w:t>目標</w:t>
            </w:r>
          </w:p>
        </w:tc>
        <w:tc>
          <w:tcPr>
            <w:tcW w:w="2880" w:type="dxa"/>
          </w:tcPr>
          <w:p w14:paraId="32872883" w14:textId="77777777" w:rsidR="00DA716E" w:rsidRDefault="00000000">
            <w:r>
              <w:t>結果</w:t>
            </w:r>
          </w:p>
        </w:tc>
      </w:tr>
      <w:tr w:rsidR="00DA716E" w14:paraId="3BB5276D" w14:textId="77777777">
        <w:tc>
          <w:tcPr>
            <w:tcW w:w="2880" w:type="dxa"/>
          </w:tcPr>
          <w:p w14:paraId="113A8E05" w14:textId="77777777" w:rsidR="00DA716E" w:rsidRDefault="00DA716E"/>
        </w:tc>
        <w:tc>
          <w:tcPr>
            <w:tcW w:w="2880" w:type="dxa"/>
          </w:tcPr>
          <w:p w14:paraId="0E67173B" w14:textId="77777777" w:rsidR="00DA716E" w:rsidRDefault="00DA716E"/>
        </w:tc>
        <w:tc>
          <w:tcPr>
            <w:tcW w:w="2880" w:type="dxa"/>
          </w:tcPr>
          <w:p w14:paraId="23F2FBDE" w14:textId="77777777" w:rsidR="00DA716E" w:rsidRDefault="00DA716E"/>
        </w:tc>
      </w:tr>
      <w:tr w:rsidR="00DA716E" w14:paraId="507A7D4C" w14:textId="77777777">
        <w:tc>
          <w:tcPr>
            <w:tcW w:w="2880" w:type="dxa"/>
          </w:tcPr>
          <w:p w14:paraId="2FB647C8" w14:textId="77777777" w:rsidR="00DA716E" w:rsidRDefault="00DA716E"/>
        </w:tc>
        <w:tc>
          <w:tcPr>
            <w:tcW w:w="2880" w:type="dxa"/>
          </w:tcPr>
          <w:p w14:paraId="7EEC8C8F" w14:textId="77777777" w:rsidR="00DA716E" w:rsidRDefault="00DA716E"/>
        </w:tc>
        <w:tc>
          <w:tcPr>
            <w:tcW w:w="2880" w:type="dxa"/>
          </w:tcPr>
          <w:p w14:paraId="53D94009" w14:textId="77777777" w:rsidR="00DA716E" w:rsidRDefault="00DA716E"/>
        </w:tc>
      </w:tr>
      <w:tr w:rsidR="00DA716E" w14:paraId="2F8EF6BE" w14:textId="77777777">
        <w:tc>
          <w:tcPr>
            <w:tcW w:w="2880" w:type="dxa"/>
          </w:tcPr>
          <w:p w14:paraId="0625B942" w14:textId="77777777" w:rsidR="00DA716E" w:rsidRDefault="00DA716E"/>
        </w:tc>
        <w:tc>
          <w:tcPr>
            <w:tcW w:w="2880" w:type="dxa"/>
          </w:tcPr>
          <w:p w14:paraId="7040DAFC" w14:textId="77777777" w:rsidR="00DA716E" w:rsidRDefault="00DA716E"/>
        </w:tc>
        <w:tc>
          <w:tcPr>
            <w:tcW w:w="2880" w:type="dxa"/>
          </w:tcPr>
          <w:p w14:paraId="031DF6BA" w14:textId="77777777" w:rsidR="00DA716E" w:rsidRDefault="00DA716E"/>
        </w:tc>
      </w:tr>
      <w:tr w:rsidR="00DA716E" w14:paraId="74B3D9F8" w14:textId="77777777">
        <w:tc>
          <w:tcPr>
            <w:tcW w:w="2880" w:type="dxa"/>
          </w:tcPr>
          <w:p w14:paraId="1A9CA135" w14:textId="77777777" w:rsidR="00DA716E" w:rsidRDefault="00DA716E"/>
        </w:tc>
        <w:tc>
          <w:tcPr>
            <w:tcW w:w="2880" w:type="dxa"/>
          </w:tcPr>
          <w:p w14:paraId="05E131FE" w14:textId="77777777" w:rsidR="00DA716E" w:rsidRDefault="00DA716E"/>
        </w:tc>
        <w:tc>
          <w:tcPr>
            <w:tcW w:w="2880" w:type="dxa"/>
          </w:tcPr>
          <w:p w14:paraId="2B47988B" w14:textId="77777777" w:rsidR="00DA716E" w:rsidRDefault="00DA716E"/>
        </w:tc>
      </w:tr>
      <w:tr w:rsidR="00DA716E" w14:paraId="773B8EE9" w14:textId="77777777">
        <w:tc>
          <w:tcPr>
            <w:tcW w:w="2880" w:type="dxa"/>
          </w:tcPr>
          <w:p w14:paraId="32BDF841" w14:textId="77777777" w:rsidR="00DA716E" w:rsidRDefault="00DA716E"/>
        </w:tc>
        <w:tc>
          <w:tcPr>
            <w:tcW w:w="2880" w:type="dxa"/>
          </w:tcPr>
          <w:p w14:paraId="3CE9A483" w14:textId="77777777" w:rsidR="00DA716E" w:rsidRDefault="00DA716E"/>
        </w:tc>
        <w:tc>
          <w:tcPr>
            <w:tcW w:w="2880" w:type="dxa"/>
          </w:tcPr>
          <w:p w14:paraId="6A5919B1" w14:textId="77777777" w:rsidR="00DA716E" w:rsidRDefault="00DA716E"/>
        </w:tc>
      </w:tr>
    </w:tbl>
    <w:p w14:paraId="42E68B43" w14:textId="77777777" w:rsidR="00DA716E" w:rsidRDefault="00000000">
      <w:pPr>
        <w:pStyle w:val="1"/>
      </w:pPr>
      <w:r>
        <w:t xml:space="preserve">12. </w:t>
      </w:r>
      <w:r>
        <w:t>評価（定性）</w:t>
      </w:r>
    </w:p>
    <w:p w14:paraId="21796488" w14:textId="77777777" w:rsidR="00DA716E" w:rsidRDefault="00000000">
      <w:pPr>
        <w:rPr>
          <w:lang w:eastAsia="ja-JP"/>
        </w:rPr>
      </w:pPr>
      <w:r>
        <w:rPr>
          <w:lang w:eastAsia="ja-JP"/>
        </w:rPr>
        <w:t>判断速度・優先順位・情報共有・連携</w:t>
      </w:r>
    </w:p>
    <w:p w14:paraId="49126B0E" w14:textId="77777777" w:rsidR="00DA716E" w:rsidRDefault="00000000">
      <w:pPr>
        <w:pStyle w:val="1"/>
      </w:pPr>
      <w:r>
        <w:t xml:space="preserve">13. </w:t>
      </w:r>
      <w:r>
        <w:t>課題・改善点</w:t>
      </w:r>
    </w:p>
    <w:p w14:paraId="62A1D405" w14:textId="77777777" w:rsidR="00DA716E" w:rsidRDefault="00DA716E"/>
    <w:p w14:paraId="754FBF25" w14:textId="77777777" w:rsidR="00DA716E" w:rsidRDefault="00000000">
      <w:pPr>
        <w:pStyle w:val="1"/>
      </w:pPr>
      <w:r>
        <w:t xml:space="preserve">14. </w:t>
      </w:r>
      <w:r>
        <w:t>是正措置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A716E" w14:paraId="2DE36CEB" w14:textId="77777777">
        <w:tc>
          <w:tcPr>
            <w:tcW w:w="2160" w:type="dxa"/>
          </w:tcPr>
          <w:p w14:paraId="0F64EDE6" w14:textId="77777777" w:rsidR="00DA716E" w:rsidRDefault="00000000">
            <w:r>
              <w:t>課題</w:t>
            </w:r>
          </w:p>
        </w:tc>
        <w:tc>
          <w:tcPr>
            <w:tcW w:w="2160" w:type="dxa"/>
          </w:tcPr>
          <w:p w14:paraId="2E0742FC" w14:textId="77777777" w:rsidR="00DA716E" w:rsidRDefault="00000000">
            <w:r>
              <w:t>対応</w:t>
            </w:r>
          </w:p>
        </w:tc>
        <w:tc>
          <w:tcPr>
            <w:tcW w:w="2160" w:type="dxa"/>
          </w:tcPr>
          <w:p w14:paraId="67A17A63" w14:textId="77777777" w:rsidR="00DA716E" w:rsidRDefault="00000000">
            <w:r>
              <w:t>担当</w:t>
            </w:r>
          </w:p>
        </w:tc>
        <w:tc>
          <w:tcPr>
            <w:tcW w:w="2160" w:type="dxa"/>
          </w:tcPr>
          <w:p w14:paraId="38E114B0" w14:textId="77777777" w:rsidR="00DA716E" w:rsidRDefault="00000000">
            <w:r>
              <w:t>期限</w:t>
            </w:r>
          </w:p>
        </w:tc>
      </w:tr>
      <w:tr w:rsidR="00DA716E" w14:paraId="4BB6BC49" w14:textId="77777777">
        <w:tc>
          <w:tcPr>
            <w:tcW w:w="2160" w:type="dxa"/>
          </w:tcPr>
          <w:p w14:paraId="08D64A11" w14:textId="77777777" w:rsidR="00DA716E" w:rsidRDefault="00DA716E"/>
        </w:tc>
        <w:tc>
          <w:tcPr>
            <w:tcW w:w="2160" w:type="dxa"/>
          </w:tcPr>
          <w:p w14:paraId="1FE427B9" w14:textId="77777777" w:rsidR="00DA716E" w:rsidRDefault="00DA716E"/>
        </w:tc>
        <w:tc>
          <w:tcPr>
            <w:tcW w:w="2160" w:type="dxa"/>
          </w:tcPr>
          <w:p w14:paraId="0ED4AADE" w14:textId="77777777" w:rsidR="00DA716E" w:rsidRDefault="00DA716E"/>
        </w:tc>
        <w:tc>
          <w:tcPr>
            <w:tcW w:w="2160" w:type="dxa"/>
          </w:tcPr>
          <w:p w14:paraId="0FABC524" w14:textId="77777777" w:rsidR="00DA716E" w:rsidRDefault="00DA716E"/>
        </w:tc>
      </w:tr>
      <w:tr w:rsidR="00DA716E" w14:paraId="1A5C8C14" w14:textId="77777777">
        <w:tc>
          <w:tcPr>
            <w:tcW w:w="2160" w:type="dxa"/>
          </w:tcPr>
          <w:p w14:paraId="3C621DED" w14:textId="77777777" w:rsidR="00DA716E" w:rsidRDefault="00DA716E"/>
        </w:tc>
        <w:tc>
          <w:tcPr>
            <w:tcW w:w="2160" w:type="dxa"/>
          </w:tcPr>
          <w:p w14:paraId="1B22EC09" w14:textId="77777777" w:rsidR="00DA716E" w:rsidRDefault="00DA716E"/>
        </w:tc>
        <w:tc>
          <w:tcPr>
            <w:tcW w:w="2160" w:type="dxa"/>
          </w:tcPr>
          <w:p w14:paraId="25C5CE11" w14:textId="77777777" w:rsidR="00DA716E" w:rsidRDefault="00DA716E"/>
        </w:tc>
        <w:tc>
          <w:tcPr>
            <w:tcW w:w="2160" w:type="dxa"/>
          </w:tcPr>
          <w:p w14:paraId="307F2FE1" w14:textId="77777777" w:rsidR="00DA716E" w:rsidRDefault="00DA716E"/>
        </w:tc>
      </w:tr>
      <w:tr w:rsidR="00DA716E" w14:paraId="43F58B9D" w14:textId="77777777">
        <w:tc>
          <w:tcPr>
            <w:tcW w:w="2160" w:type="dxa"/>
          </w:tcPr>
          <w:p w14:paraId="6B769DBA" w14:textId="77777777" w:rsidR="00DA716E" w:rsidRDefault="00DA716E"/>
        </w:tc>
        <w:tc>
          <w:tcPr>
            <w:tcW w:w="2160" w:type="dxa"/>
          </w:tcPr>
          <w:p w14:paraId="408DC6D5" w14:textId="77777777" w:rsidR="00DA716E" w:rsidRDefault="00DA716E"/>
        </w:tc>
        <w:tc>
          <w:tcPr>
            <w:tcW w:w="2160" w:type="dxa"/>
          </w:tcPr>
          <w:p w14:paraId="1A11A030" w14:textId="77777777" w:rsidR="00DA716E" w:rsidRDefault="00DA716E"/>
        </w:tc>
        <w:tc>
          <w:tcPr>
            <w:tcW w:w="2160" w:type="dxa"/>
          </w:tcPr>
          <w:p w14:paraId="313B1DDE" w14:textId="77777777" w:rsidR="00DA716E" w:rsidRDefault="00DA716E"/>
        </w:tc>
      </w:tr>
      <w:tr w:rsidR="00DA716E" w14:paraId="0E249689" w14:textId="77777777">
        <w:tc>
          <w:tcPr>
            <w:tcW w:w="2160" w:type="dxa"/>
          </w:tcPr>
          <w:p w14:paraId="3DF9E831" w14:textId="77777777" w:rsidR="00DA716E" w:rsidRDefault="00DA716E"/>
        </w:tc>
        <w:tc>
          <w:tcPr>
            <w:tcW w:w="2160" w:type="dxa"/>
          </w:tcPr>
          <w:p w14:paraId="374D77B1" w14:textId="77777777" w:rsidR="00DA716E" w:rsidRDefault="00DA716E"/>
        </w:tc>
        <w:tc>
          <w:tcPr>
            <w:tcW w:w="2160" w:type="dxa"/>
          </w:tcPr>
          <w:p w14:paraId="31F59D9D" w14:textId="77777777" w:rsidR="00DA716E" w:rsidRDefault="00DA716E"/>
        </w:tc>
        <w:tc>
          <w:tcPr>
            <w:tcW w:w="2160" w:type="dxa"/>
          </w:tcPr>
          <w:p w14:paraId="36AC617C" w14:textId="77777777" w:rsidR="00DA716E" w:rsidRDefault="00DA716E"/>
        </w:tc>
      </w:tr>
      <w:tr w:rsidR="00DA716E" w14:paraId="40FE2DB1" w14:textId="77777777">
        <w:tc>
          <w:tcPr>
            <w:tcW w:w="2160" w:type="dxa"/>
          </w:tcPr>
          <w:p w14:paraId="2CAFB9FF" w14:textId="77777777" w:rsidR="00DA716E" w:rsidRDefault="00DA716E"/>
        </w:tc>
        <w:tc>
          <w:tcPr>
            <w:tcW w:w="2160" w:type="dxa"/>
          </w:tcPr>
          <w:p w14:paraId="6C7F3643" w14:textId="77777777" w:rsidR="00DA716E" w:rsidRDefault="00DA716E"/>
        </w:tc>
        <w:tc>
          <w:tcPr>
            <w:tcW w:w="2160" w:type="dxa"/>
          </w:tcPr>
          <w:p w14:paraId="6751A53E" w14:textId="77777777" w:rsidR="00DA716E" w:rsidRDefault="00DA716E"/>
        </w:tc>
        <w:tc>
          <w:tcPr>
            <w:tcW w:w="2160" w:type="dxa"/>
          </w:tcPr>
          <w:p w14:paraId="423D33EF" w14:textId="77777777" w:rsidR="00DA716E" w:rsidRDefault="00DA716E"/>
        </w:tc>
      </w:tr>
    </w:tbl>
    <w:p w14:paraId="722BBF48" w14:textId="77777777" w:rsidR="00DA716E" w:rsidRDefault="00000000">
      <w:pPr>
        <w:pStyle w:val="1"/>
      </w:pPr>
      <w:r>
        <w:lastRenderedPageBreak/>
        <w:t xml:space="preserve">15. </w:t>
      </w:r>
      <w:r>
        <w:t>添付資料</w:t>
      </w:r>
    </w:p>
    <w:p w14:paraId="13562126" w14:textId="77777777" w:rsidR="00DA716E" w:rsidRDefault="00000000">
      <w:r>
        <w:t>写真・資料等</w:t>
      </w:r>
    </w:p>
    <w:p w14:paraId="6A42692C" w14:textId="77777777" w:rsidR="00DA716E" w:rsidRDefault="00000000">
      <w:pPr>
        <w:pStyle w:val="1"/>
      </w:pPr>
      <w:r>
        <w:t xml:space="preserve">16. </w:t>
      </w:r>
      <w:r>
        <w:t>承認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A716E" w14:paraId="16ADDD0E" w14:textId="77777777">
        <w:tc>
          <w:tcPr>
            <w:tcW w:w="2160" w:type="dxa"/>
          </w:tcPr>
          <w:p w14:paraId="10C9A9EF" w14:textId="77777777" w:rsidR="00DA716E" w:rsidRDefault="00000000">
            <w:r>
              <w:t>役職</w:t>
            </w:r>
          </w:p>
        </w:tc>
        <w:tc>
          <w:tcPr>
            <w:tcW w:w="2160" w:type="dxa"/>
          </w:tcPr>
          <w:p w14:paraId="2388ED59" w14:textId="77777777" w:rsidR="00DA716E" w:rsidRDefault="00000000">
            <w:r>
              <w:t>氏名</w:t>
            </w:r>
          </w:p>
        </w:tc>
        <w:tc>
          <w:tcPr>
            <w:tcW w:w="2160" w:type="dxa"/>
          </w:tcPr>
          <w:p w14:paraId="570639A9" w14:textId="77777777" w:rsidR="00DA716E" w:rsidRDefault="00000000">
            <w:r>
              <w:t>署名</w:t>
            </w:r>
          </w:p>
        </w:tc>
        <w:tc>
          <w:tcPr>
            <w:tcW w:w="2160" w:type="dxa"/>
          </w:tcPr>
          <w:p w14:paraId="24DEE96E" w14:textId="77777777" w:rsidR="00DA716E" w:rsidRDefault="00000000">
            <w:r>
              <w:t>日付</w:t>
            </w:r>
          </w:p>
        </w:tc>
      </w:tr>
      <w:tr w:rsidR="00DA716E" w14:paraId="5E5BEEEE" w14:textId="77777777">
        <w:tc>
          <w:tcPr>
            <w:tcW w:w="2160" w:type="dxa"/>
          </w:tcPr>
          <w:p w14:paraId="27062F7D" w14:textId="77777777" w:rsidR="00DA716E" w:rsidRDefault="00DA716E"/>
        </w:tc>
        <w:tc>
          <w:tcPr>
            <w:tcW w:w="2160" w:type="dxa"/>
          </w:tcPr>
          <w:p w14:paraId="33589A3D" w14:textId="77777777" w:rsidR="00DA716E" w:rsidRDefault="00DA716E"/>
        </w:tc>
        <w:tc>
          <w:tcPr>
            <w:tcW w:w="2160" w:type="dxa"/>
          </w:tcPr>
          <w:p w14:paraId="6921E91B" w14:textId="77777777" w:rsidR="00DA716E" w:rsidRDefault="00DA716E"/>
        </w:tc>
        <w:tc>
          <w:tcPr>
            <w:tcW w:w="2160" w:type="dxa"/>
          </w:tcPr>
          <w:p w14:paraId="54F88D92" w14:textId="77777777" w:rsidR="00DA716E" w:rsidRDefault="00DA716E"/>
        </w:tc>
      </w:tr>
      <w:tr w:rsidR="00DA716E" w14:paraId="7926B87A" w14:textId="77777777">
        <w:tc>
          <w:tcPr>
            <w:tcW w:w="2160" w:type="dxa"/>
          </w:tcPr>
          <w:p w14:paraId="07EA18F3" w14:textId="77777777" w:rsidR="00DA716E" w:rsidRDefault="00DA716E"/>
        </w:tc>
        <w:tc>
          <w:tcPr>
            <w:tcW w:w="2160" w:type="dxa"/>
          </w:tcPr>
          <w:p w14:paraId="3ACBD8C0" w14:textId="77777777" w:rsidR="00DA716E" w:rsidRDefault="00DA716E"/>
        </w:tc>
        <w:tc>
          <w:tcPr>
            <w:tcW w:w="2160" w:type="dxa"/>
          </w:tcPr>
          <w:p w14:paraId="3947199D" w14:textId="77777777" w:rsidR="00DA716E" w:rsidRDefault="00DA716E"/>
        </w:tc>
        <w:tc>
          <w:tcPr>
            <w:tcW w:w="2160" w:type="dxa"/>
          </w:tcPr>
          <w:p w14:paraId="77AE6A08" w14:textId="77777777" w:rsidR="00DA716E" w:rsidRDefault="00DA716E"/>
        </w:tc>
      </w:tr>
      <w:tr w:rsidR="00DA716E" w14:paraId="658042EB" w14:textId="77777777">
        <w:tc>
          <w:tcPr>
            <w:tcW w:w="2160" w:type="dxa"/>
          </w:tcPr>
          <w:p w14:paraId="5D801F06" w14:textId="77777777" w:rsidR="00DA716E" w:rsidRDefault="00DA716E"/>
        </w:tc>
        <w:tc>
          <w:tcPr>
            <w:tcW w:w="2160" w:type="dxa"/>
          </w:tcPr>
          <w:p w14:paraId="17330904" w14:textId="77777777" w:rsidR="00DA716E" w:rsidRDefault="00DA716E"/>
        </w:tc>
        <w:tc>
          <w:tcPr>
            <w:tcW w:w="2160" w:type="dxa"/>
          </w:tcPr>
          <w:p w14:paraId="1BED9E25" w14:textId="77777777" w:rsidR="00DA716E" w:rsidRDefault="00DA716E"/>
        </w:tc>
        <w:tc>
          <w:tcPr>
            <w:tcW w:w="2160" w:type="dxa"/>
          </w:tcPr>
          <w:p w14:paraId="05D8B40E" w14:textId="77777777" w:rsidR="00DA716E" w:rsidRDefault="00DA716E"/>
        </w:tc>
      </w:tr>
    </w:tbl>
    <w:p w14:paraId="0494164E" w14:textId="77777777" w:rsidR="00E07005" w:rsidRDefault="00E07005"/>
    <w:sectPr w:rsidR="00E0700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159404">
    <w:abstractNumId w:val="8"/>
  </w:num>
  <w:num w:numId="2" w16cid:durableId="812717283">
    <w:abstractNumId w:val="6"/>
  </w:num>
  <w:num w:numId="3" w16cid:durableId="1534805219">
    <w:abstractNumId w:val="5"/>
  </w:num>
  <w:num w:numId="4" w16cid:durableId="1065420448">
    <w:abstractNumId w:val="4"/>
  </w:num>
  <w:num w:numId="5" w16cid:durableId="862673836">
    <w:abstractNumId w:val="7"/>
  </w:num>
  <w:num w:numId="6" w16cid:durableId="2130127779">
    <w:abstractNumId w:val="3"/>
  </w:num>
  <w:num w:numId="7" w16cid:durableId="1489789099">
    <w:abstractNumId w:val="2"/>
  </w:num>
  <w:num w:numId="8" w16cid:durableId="1479032067">
    <w:abstractNumId w:val="1"/>
  </w:num>
  <w:num w:numId="9" w16cid:durableId="1944998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2AC3"/>
    <w:rsid w:val="00786A70"/>
    <w:rsid w:val="00AA1D8D"/>
    <w:rsid w:val="00B47730"/>
    <w:rsid w:val="00CB0664"/>
    <w:rsid w:val="00DA716E"/>
    <w:rsid w:val="00E070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0B265"/>
  <w14:defaultImageDpi w14:val="300"/>
  <w15:docId w15:val="{A4C48305-086B-7845-9C0D-78B57C82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246</Words>
  <Characters>272</Characters>
  <Application>Microsoft Office Word</Application>
  <DocSecurity>0</DocSecurity>
  <Lines>272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隆法 宇都宮</cp:lastModifiedBy>
  <cp:revision>2</cp:revision>
  <dcterms:created xsi:type="dcterms:W3CDTF">2013-12-23T23:15:00Z</dcterms:created>
  <dcterms:modified xsi:type="dcterms:W3CDTF">2026-07-08T15:10:00Z</dcterms:modified>
  <cp:category/>
</cp:coreProperties>
</file>